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81F" w:rsidRPr="00C32056" w:rsidRDefault="00C32056">
      <w:pPr>
        <w:rPr>
          <w:lang w:val="pt-BR"/>
        </w:rPr>
      </w:pPr>
      <w:r w:rsidRPr="00C32056">
        <w:rPr>
          <w:b/>
          <w:lang w:val="pt-BR"/>
        </w:rPr>
        <w:t>JOÃO PEDRO SILVA</w:t>
      </w:r>
      <w:r w:rsidRPr="00C32056">
        <w:rPr>
          <w:b/>
          <w:lang w:val="pt-BR"/>
        </w:rPr>
        <w:br/>
      </w:r>
      <w:r w:rsidRPr="00C32056">
        <w:rPr>
          <w:lang w:val="pt-BR"/>
        </w:rPr>
        <w:t>Curitiba – PR</w:t>
      </w:r>
      <w:r w:rsidRPr="00C32056">
        <w:rPr>
          <w:lang w:val="pt-BR"/>
        </w:rPr>
        <w:br/>
        <w:t>(41) 99999-9999</w:t>
      </w:r>
      <w:r w:rsidRPr="00C32056">
        <w:rPr>
          <w:lang w:val="pt-BR"/>
        </w:rPr>
        <w:br/>
        <w:t>joaopedrosilva@email.com</w:t>
      </w:r>
      <w:r w:rsidRPr="00C32056">
        <w:rPr>
          <w:lang w:val="pt-BR"/>
        </w:rPr>
        <w:br/>
        <w:t>linkedin.com/in/joaopedrosilva</w:t>
      </w:r>
    </w:p>
    <w:p w:rsidR="0037781F" w:rsidRPr="00C32056" w:rsidRDefault="00C32056">
      <w:pPr>
        <w:pStyle w:val="Ttulo2"/>
        <w:rPr>
          <w:color w:val="auto"/>
          <w:lang w:val="pt-BR"/>
        </w:rPr>
      </w:pPr>
      <w:r w:rsidRPr="00C32056">
        <w:rPr>
          <w:color w:val="auto"/>
          <w:lang w:val="pt-BR"/>
        </w:rPr>
        <w:t>Objetivo Profissional</w:t>
      </w:r>
    </w:p>
    <w:p w:rsidR="0037781F" w:rsidRPr="00C32056" w:rsidRDefault="00C32056">
      <w:pPr>
        <w:rPr>
          <w:lang w:val="pt-BR"/>
        </w:rPr>
      </w:pPr>
      <w:r w:rsidRPr="00C32056">
        <w:rPr>
          <w:lang w:val="pt-BR"/>
        </w:rPr>
        <w:t xml:space="preserve">Atuar como Jovem Aprendiz na área administrativa, contribuindo com minha organização, </w:t>
      </w:r>
      <w:r w:rsidRPr="00C32056">
        <w:rPr>
          <w:lang w:val="pt-BR"/>
        </w:rPr>
        <w:t>responsabilidade e vontade de aprender, enquanto desenvolvo minhas competências profissionais.</w:t>
      </w:r>
      <w:bookmarkStart w:id="0" w:name="_GoBack"/>
      <w:bookmarkEnd w:id="0"/>
    </w:p>
    <w:p w:rsidR="0037781F" w:rsidRPr="00C32056" w:rsidRDefault="00C32056">
      <w:pPr>
        <w:pStyle w:val="Ttulo2"/>
        <w:rPr>
          <w:color w:val="auto"/>
          <w:lang w:val="pt-BR"/>
        </w:rPr>
      </w:pPr>
      <w:r w:rsidRPr="00C32056">
        <w:rPr>
          <w:color w:val="auto"/>
          <w:lang w:val="pt-BR"/>
        </w:rPr>
        <w:t>Formação Acadêmica</w:t>
      </w:r>
    </w:p>
    <w:p w:rsidR="0037781F" w:rsidRPr="00C32056" w:rsidRDefault="00C32056">
      <w:pPr>
        <w:rPr>
          <w:lang w:val="pt-BR"/>
        </w:rPr>
      </w:pPr>
      <w:r w:rsidRPr="00C32056">
        <w:rPr>
          <w:lang w:val="pt-BR"/>
        </w:rPr>
        <w:t>Ensino Médio – 3º ano (cursando)</w:t>
      </w:r>
      <w:r w:rsidRPr="00C32056">
        <w:rPr>
          <w:lang w:val="pt-BR"/>
        </w:rPr>
        <w:br/>
        <w:t>Colégio Estadual Paulo Freire</w:t>
      </w:r>
      <w:r w:rsidRPr="00C32056">
        <w:rPr>
          <w:lang w:val="pt-BR"/>
        </w:rPr>
        <w:br/>
        <w:t>Previsão de conclusão: Dezembro/2026</w:t>
      </w:r>
    </w:p>
    <w:p w:rsidR="0037781F" w:rsidRPr="00C32056" w:rsidRDefault="00C32056">
      <w:pPr>
        <w:pStyle w:val="Ttulo2"/>
        <w:rPr>
          <w:color w:val="auto"/>
          <w:lang w:val="pt-BR"/>
        </w:rPr>
      </w:pPr>
      <w:r w:rsidRPr="00C32056">
        <w:rPr>
          <w:color w:val="auto"/>
          <w:lang w:val="pt-BR"/>
        </w:rPr>
        <w:t>Cursos Complementares</w:t>
      </w:r>
    </w:p>
    <w:p w:rsidR="0037781F" w:rsidRPr="00C32056" w:rsidRDefault="00C32056">
      <w:pPr>
        <w:rPr>
          <w:lang w:val="pt-BR"/>
        </w:rPr>
      </w:pPr>
      <w:r w:rsidRPr="00C32056">
        <w:rPr>
          <w:lang w:val="pt-BR"/>
        </w:rPr>
        <w:t>• Excel Básico – Fun</w:t>
      </w:r>
      <w:r w:rsidRPr="00C32056">
        <w:rPr>
          <w:lang w:val="pt-BR"/>
        </w:rPr>
        <w:t>dação Bradesco – 20h</w:t>
      </w:r>
      <w:r w:rsidRPr="00C32056">
        <w:rPr>
          <w:lang w:val="pt-BR"/>
        </w:rPr>
        <w:br/>
        <w:t>• Informática Básica – SENAI – 40h</w:t>
      </w:r>
      <w:r w:rsidRPr="00C32056">
        <w:rPr>
          <w:lang w:val="pt-BR"/>
        </w:rPr>
        <w:br/>
        <w:t>• Atendimento ao Cliente – Sebrae – 10h</w:t>
      </w:r>
    </w:p>
    <w:p w:rsidR="0037781F" w:rsidRPr="00C32056" w:rsidRDefault="00C32056">
      <w:pPr>
        <w:pStyle w:val="Ttulo2"/>
        <w:rPr>
          <w:color w:val="auto"/>
          <w:lang w:val="pt-BR"/>
        </w:rPr>
      </w:pPr>
      <w:r w:rsidRPr="00C32056">
        <w:rPr>
          <w:color w:val="auto"/>
          <w:lang w:val="pt-BR"/>
        </w:rPr>
        <w:t>Habilidades</w:t>
      </w:r>
    </w:p>
    <w:p w:rsidR="0037781F" w:rsidRPr="00C32056" w:rsidRDefault="00C32056">
      <w:pPr>
        <w:rPr>
          <w:lang w:val="pt-BR"/>
        </w:rPr>
      </w:pPr>
      <w:r w:rsidRPr="00C32056">
        <w:rPr>
          <w:lang w:val="pt-BR"/>
        </w:rPr>
        <w:t>Hard Skills</w:t>
      </w:r>
      <w:r w:rsidRPr="00C32056">
        <w:rPr>
          <w:lang w:val="pt-BR"/>
        </w:rPr>
        <w:br/>
        <w:t>• Pacote Office</w:t>
      </w:r>
      <w:r w:rsidRPr="00C32056">
        <w:rPr>
          <w:lang w:val="pt-BR"/>
        </w:rPr>
        <w:br/>
        <w:t>• Excel Básico</w:t>
      </w:r>
      <w:r w:rsidRPr="00C32056">
        <w:rPr>
          <w:lang w:val="pt-BR"/>
        </w:rPr>
        <w:br/>
        <w:t>• Google Docs</w:t>
      </w:r>
      <w:r w:rsidRPr="00C32056">
        <w:rPr>
          <w:lang w:val="pt-BR"/>
        </w:rPr>
        <w:br/>
      </w:r>
      <w:r w:rsidRPr="00C32056">
        <w:rPr>
          <w:lang w:val="pt-BR"/>
        </w:rPr>
        <w:br/>
        <w:t>Soft Skills</w:t>
      </w:r>
      <w:r w:rsidRPr="00C32056">
        <w:rPr>
          <w:lang w:val="pt-BR"/>
        </w:rPr>
        <w:br/>
        <w:t>• Organização</w:t>
      </w:r>
      <w:r w:rsidRPr="00C32056">
        <w:rPr>
          <w:lang w:val="pt-BR"/>
        </w:rPr>
        <w:br/>
        <w:t>• Comunicação</w:t>
      </w:r>
      <w:r w:rsidRPr="00C32056">
        <w:rPr>
          <w:lang w:val="pt-BR"/>
        </w:rPr>
        <w:br/>
        <w:t>• Responsabilidade</w:t>
      </w:r>
      <w:r w:rsidRPr="00C32056">
        <w:rPr>
          <w:lang w:val="pt-BR"/>
        </w:rPr>
        <w:br/>
        <w:t>• Trabalho em equipe</w:t>
      </w:r>
      <w:r w:rsidRPr="00C32056">
        <w:rPr>
          <w:lang w:val="pt-BR"/>
        </w:rPr>
        <w:br/>
        <w:t>• Facilida</w:t>
      </w:r>
      <w:r w:rsidRPr="00C32056">
        <w:rPr>
          <w:lang w:val="pt-BR"/>
        </w:rPr>
        <w:t>de para aprender</w:t>
      </w:r>
    </w:p>
    <w:p w:rsidR="0037781F" w:rsidRPr="00C32056" w:rsidRDefault="00C32056">
      <w:pPr>
        <w:pStyle w:val="Ttulo2"/>
        <w:rPr>
          <w:color w:val="auto"/>
          <w:lang w:val="pt-BR"/>
        </w:rPr>
      </w:pPr>
      <w:r w:rsidRPr="00C32056">
        <w:rPr>
          <w:color w:val="auto"/>
          <w:lang w:val="pt-BR"/>
        </w:rPr>
        <w:t>Projetos e Atividades Extracurriculares</w:t>
      </w:r>
    </w:p>
    <w:p w:rsidR="0037781F" w:rsidRPr="00C32056" w:rsidRDefault="00C32056">
      <w:pPr>
        <w:rPr>
          <w:lang w:val="pt-BR"/>
        </w:rPr>
      </w:pPr>
      <w:r w:rsidRPr="00C32056">
        <w:rPr>
          <w:lang w:val="pt-BR"/>
        </w:rPr>
        <w:t>Feira de Ciências – Participação na elaboração e apresentação de projeto, desenvolvendo pesquisa, comunicação e trabalho em equipe.</w:t>
      </w:r>
      <w:r w:rsidRPr="00C32056">
        <w:rPr>
          <w:lang w:val="pt-BR"/>
        </w:rPr>
        <w:br/>
      </w:r>
      <w:r w:rsidRPr="00C32056">
        <w:rPr>
          <w:lang w:val="pt-BR"/>
        </w:rPr>
        <w:br/>
        <w:t>Projeto Voluntário na Igreja – Apoio na organização de eventos com</w:t>
      </w:r>
      <w:r w:rsidRPr="00C32056">
        <w:rPr>
          <w:lang w:val="pt-BR"/>
        </w:rPr>
        <w:t>unitários, recepção de participantes e suporte às atividades, fortalecendo organização, responsabilidade e relacionamento interpessoal.</w:t>
      </w:r>
      <w:r w:rsidRPr="00C32056">
        <w:rPr>
          <w:lang w:val="pt-BR"/>
        </w:rPr>
        <w:br/>
      </w:r>
      <w:r w:rsidRPr="00C32056">
        <w:rPr>
          <w:lang w:val="pt-BR"/>
        </w:rPr>
        <w:br/>
      </w:r>
      <w:r w:rsidRPr="00C32056">
        <w:rPr>
          <w:lang w:val="pt-BR"/>
        </w:rPr>
        <w:lastRenderedPageBreak/>
        <w:t>Venda de doces na escola – Organização das vendas, atendimento aos colegas e controle dos valores recebidos, desenvolve</w:t>
      </w:r>
      <w:r w:rsidRPr="00C32056">
        <w:rPr>
          <w:lang w:val="pt-BR"/>
        </w:rPr>
        <w:t>ndo iniciativa e comunicação.</w:t>
      </w:r>
    </w:p>
    <w:p w:rsidR="0037781F" w:rsidRPr="00C32056" w:rsidRDefault="00C32056">
      <w:pPr>
        <w:pStyle w:val="Ttulo2"/>
        <w:rPr>
          <w:color w:val="auto"/>
          <w:lang w:val="pt-BR"/>
        </w:rPr>
      </w:pPr>
      <w:r w:rsidRPr="00C32056">
        <w:rPr>
          <w:color w:val="auto"/>
          <w:lang w:val="pt-BR"/>
        </w:rPr>
        <w:t>Idiomas</w:t>
      </w:r>
    </w:p>
    <w:p w:rsidR="0037781F" w:rsidRPr="00C32056" w:rsidRDefault="00C32056">
      <w:pPr>
        <w:rPr>
          <w:lang w:val="pt-BR"/>
        </w:rPr>
      </w:pPr>
      <w:r w:rsidRPr="00C32056">
        <w:rPr>
          <w:lang w:val="pt-BR"/>
        </w:rPr>
        <w:t>Inglês – Básico (em desenvolvimento)</w:t>
      </w:r>
    </w:p>
    <w:p w:rsidR="0037781F" w:rsidRPr="00C32056" w:rsidRDefault="00C32056">
      <w:pPr>
        <w:pStyle w:val="Ttulo2"/>
        <w:rPr>
          <w:color w:val="auto"/>
        </w:rPr>
      </w:pPr>
      <w:r w:rsidRPr="00C32056">
        <w:rPr>
          <w:color w:val="auto"/>
        </w:rPr>
        <w:t>Informática</w:t>
      </w:r>
    </w:p>
    <w:p w:rsidR="0037781F" w:rsidRPr="00C32056" w:rsidRDefault="00C32056">
      <w:r w:rsidRPr="00C32056">
        <w:t>• Microsoft Word</w:t>
      </w:r>
      <w:r w:rsidRPr="00C32056">
        <w:br/>
        <w:t>• Microsoft Excel</w:t>
      </w:r>
      <w:r w:rsidRPr="00C32056">
        <w:br/>
        <w:t>• PowerPoint</w:t>
      </w:r>
      <w:r w:rsidRPr="00C32056">
        <w:br/>
        <w:t>• Google Planilhas</w:t>
      </w:r>
    </w:p>
    <w:p w:rsidR="0037781F" w:rsidRPr="00C32056" w:rsidRDefault="00C32056">
      <w:pPr>
        <w:pStyle w:val="Ttulo2"/>
        <w:rPr>
          <w:color w:val="auto"/>
          <w:lang w:val="pt-BR"/>
        </w:rPr>
      </w:pPr>
      <w:r w:rsidRPr="00C32056">
        <w:rPr>
          <w:color w:val="auto"/>
          <w:lang w:val="pt-BR"/>
        </w:rPr>
        <w:t>Observação</w:t>
      </w:r>
    </w:p>
    <w:p w:rsidR="0037781F" w:rsidRPr="00C32056" w:rsidRDefault="00C32056">
      <w:pPr>
        <w:rPr>
          <w:lang w:val="pt-BR"/>
        </w:rPr>
      </w:pPr>
      <w:r w:rsidRPr="00C32056">
        <w:rPr>
          <w:lang w:val="pt-BR"/>
        </w:rPr>
        <w:t>Este é um modelo fictício criado para demonstrar como um candidato ao primeiro emprego pode</w:t>
      </w:r>
      <w:r w:rsidRPr="00C32056">
        <w:rPr>
          <w:lang w:val="pt-BR"/>
        </w:rPr>
        <w:t xml:space="preserve"> apresentar suas competências e experiências, mesmo sem possuir experiência profissional formal.</w:t>
      </w:r>
    </w:p>
    <w:sectPr w:rsidR="0037781F" w:rsidRPr="00C3205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7781F"/>
    <w:rsid w:val="00AA1D8D"/>
    <w:rsid w:val="00B47730"/>
    <w:rsid w:val="00C32056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D5702C47-28FA-4BCB-94D0-EC7027543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369004D-AD9D-4B4A-BC57-99BC4846F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1340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1585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NOT</cp:lastModifiedBy>
  <cp:revision>2</cp:revision>
  <dcterms:created xsi:type="dcterms:W3CDTF">2026-07-14T12:55:00Z</dcterms:created>
  <dcterms:modified xsi:type="dcterms:W3CDTF">2026-07-14T12:55:00Z</dcterms:modified>
  <cp:category/>
</cp:coreProperties>
</file>